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Fanpodium for Fans</w:t>
      </w:r>
    </w:p>
    <w:p>
      <w:r/>
      <w:r>
        <w:rPr>
          <w:b/>
        </w:rPr>
        <w:t>Community guide — preview build</w:t>
      </w:r>
      <w:r/>
    </w:p>
    <w:p>
      <w:r>
        <w:t>Engage. Inspire. Unite.</w:t>
      </w:r>
    </w:p>
    <w:p>
      <w:r>
        <w:t>Version 1.0 · Written for fans and community members · All worlds, points, rewards and auction items in the build are clearly labelled demo data</w:t>
      </w:r>
    </w:p>
    <w:p>
      <w:pPr>
        <w:pStyle w:val="Heading2"/>
      </w:pPr>
      <w:r>
        <w:t>0. The short version</w:t>
      </w:r>
    </w:p>
    <w:p>
      <w:r>
        <w:t xml:space="preserve">Fanpodium gives you </w:t>
      </w:r>
      <w:r>
        <w:rPr>
          <w:b/>
        </w:rPr>
        <w:t>one account</w:t>
      </w:r>
      <w:r>
        <w:t xml:space="preserve"> for every club, academy, artist, actor, athlete, legend and creator you care about.</w:t>
      </w:r>
    </w:p>
    <w:p>
      <w:r>
        <w:t xml:space="preserve">You follow the worlds you love. You take part. You earn </w:t>
      </w:r>
      <w:r>
        <w:rPr>
          <w:b/>
        </w:rPr>
        <w:t>Podium Points</w:t>
      </w:r>
      <w:r>
        <w:t xml:space="preserve">. Points move you up your </w:t>
      </w:r>
      <w:r>
        <w:rPr>
          <w:b/>
        </w:rPr>
        <w:t>Superfan Passport</w:t>
      </w:r>
      <w:r>
        <w:t xml:space="preserve"> (Bronze → Silver → Gold → Platinum → Legend), and your tier unlocks real access: early drops, members-only content, ballots, signed-item auctions, experiences and charity moments.</w:t>
      </w:r>
    </w:p>
    <w:p>
      <w:r>
        <w:t>Three promises up front:</w:t>
      </w:r>
    </w:p>
    <w:p>
      <w:pPr>
        <w:pStyle w:val="ListNumber"/>
      </w:pPr>
      <w:r/>
      <w:r>
        <w:rPr>
          <w:b/>
        </w:rPr>
        <w:t>Your data is yours.</w:t>
      </w:r>
      <w:r>
        <w:t xml:space="preserve"> You control your consents, and you can change or withdraw them at any time.</w:t>
      </w:r>
    </w:p>
    <w:p>
      <w:pPr>
        <w:pStyle w:val="ListNumber"/>
      </w:pPr>
      <w:r/>
      <w:r>
        <w:rPr>
          <w:b/>
        </w:rPr>
        <w:t>Sponsors never get your identity.</w:t>
      </w:r>
      <w:r>
        <w:t xml:space="preserve"> Brands see aggregated numbers only — never your name, email or phone number.</w:t>
      </w:r>
    </w:p>
    <w:p>
      <w:pPr>
        <w:pStyle w:val="ListNumber"/>
      </w:pPr>
      <w:r/>
      <w:r>
        <w:rPr>
          <w:b/>
        </w:rPr>
        <w:t>This is a preview build.</w:t>
      </w:r>
      <w:r>
        <w:t xml:space="preserve"> Worlds, points and items shown are demo data. No live payments are enabled.</w:t>
      </w:r>
    </w:p>
    <w:p>
      <w:pPr>
        <w:pStyle w:val="Heading2"/>
      </w:pPr>
      <w:r>
        <w:t>1. What a "world" is</w:t>
      </w:r>
    </w:p>
    <w:p>
      <w:r>
        <w:t>A world is a partner's own fan space — a football club, an academy, an artist, an actor, an athlete, a legend or a creator. It carries their identity, their content and their rules.</w:t>
      </w:r>
    </w:p>
    <w:p>
      <w:r>
        <w:t>You can follow as many worlds as you like. Your single Fanpodium account works in all of them, so you never manage another login, another app or another password.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Surface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What it is for</w:t>
            </w:r>
          </w:p>
        </w:tc>
      </w:tr>
      <w:tr>
        <w:tc>
          <w:tcPr>
            <w:tcW w:type="dxa" w:w="4320"/>
          </w:tcPr>
          <w:p>
            <w:r/>
            <w:r>
              <w:t>Home feed</w:t>
            </w:r>
          </w:p>
        </w:tc>
        <w:tc>
          <w:tcPr>
            <w:tcW w:type="dxa" w:w="4320"/>
          </w:tcPr>
          <w:p>
            <w:r/>
            <w:r>
              <w:t>A personalised stream from every world you follow</w:t>
            </w:r>
          </w:p>
        </w:tc>
      </w:tr>
      <w:tr>
        <w:tc>
          <w:tcPr>
            <w:tcW w:type="dxa" w:w="4320"/>
          </w:tcPr>
          <w:p>
            <w:r/>
            <w:r>
              <w:t>Explore</w:t>
            </w:r>
          </w:p>
        </w:tc>
        <w:tc>
          <w:tcPr>
            <w:tcW w:type="dxa" w:w="4320"/>
          </w:tcPr>
          <w:p>
            <w:r/>
            <w:r>
              <w:t>Find new worlds by category and interest</w:t>
            </w:r>
          </w:p>
        </w:tc>
      </w:tr>
      <w:tr>
        <w:tc>
          <w:tcPr>
            <w:tcW w:type="dxa" w:w="4320"/>
          </w:tcPr>
          <w:p>
            <w:r/>
            <w:r>
              <w:t>World page</w:t>
            </w:r>
          </w:p>
        </w:tc>
        <w:tc>
          <w:tcPr>
            <w:tcW w:type="dxa" w:w="4320"/>
          </w:tcPr>
          <w:p>
            <w:r/>
            <w:r>
              <w:t>A partner's own space: posts, events, rewards, auctions, causes</w:t>
            </w:r>
          </w:p>
        </w:tc>
      </w:tr>
      <w:tr>
        <w:tc>
          <w:tcPr>
            <w:tcW w:type="dxa" w:w="4320"/>
          </w:tcPr>
          <w:p>
            <w:r/>
            <w:r>
              <w:t>Passport</w:t>
            </w:r>
          </w:p>
        </w:tc>
        <w:tc>
          <w:tcPr>
            <w:tcW w:type="dxa" w:w="4320"/>
          </w:tcPr>
          <w:p>
            <w:r/>
            <w:r>
              <w:t>Your points, your tier and your progress</w:t>
            </w:r>
          </w:p>
        </w:tc>
      </w:tr>
      <w:tr>
        <w:tc>
          <w:tcPr>
            <w:tcW w:type="dxa" w:w="4320"/>
          </w:tcPr>
          <w:p>
            <w:r/>
            <w:r>
              <w:t>Rewards</w:t>
            </w:r>
          </w:p>
        </w:tc>
        <w:tc>
          <w:tcPr>
            <w:tcW w:type="dxa" w:w="4320"/>
          </w:tcPr>
          <w:p>
            <w:r/>
            <w:r>
              <w:t>What you can redeem right now</w:t>
            </w:r>
          </w:p>
        </w:tc>
      </w:tr>
      <w:tr>
        <w:tc>
          <w:tcPr>
            <w:tcW w:type="dxa" w:w="4320"/>
          </w:tcPr>
          <w:p>
            <w:r/>
            <w:r>
              <w:t>Auctions</w:t>
            </w:r>
          </w:p>
        </w:tc>
        <w:tc>
          <w:tcPr>
            <w:tcW w:type="dxa" w:w="4320"/>
          </w:tcPr>
          <w:p>
            <w:r/>
            <w:r>
              <w:t>Signed and money-can't-buy items, with bid history</w:t>
            </w:r>
          </w:p>
        </w:tc>
      </w:tr>
      <w:tr>
        <w:tc>
          <w:tcPr>
            <w:tcW w:type="dxa" w:w="4320"/>
          </w:tcPr>
          <w:p>
            <w:r/>
            <w:r>
              <w:t>Impact</w:t>
            </w:r>
          </w:p>
        </w:tc>
        <w:tc>
          <w:tcPr>
            <w:tcW w:type="dxa" w:w="4320"/>
          </w:tcPr>
          <w:p>
            <w:r/>
            <w:r>
              <w:t>Charity causes and what the community has contributed</w:t>
            </w:r>
          </w:p>
        </w:tc>
      </w:tr>
      <w:tr>
        <w:tc>
          <w:tcPr>
            <w:tcW w:type="dxa" w:w="4320"/>
          </w:tcPr>
          <w:p>
            <w:r/>
            <w:r>
              <w:t>Notifications</w:t>
            </w:r>
          </w:p>
        </w:tc>
        <w:tc>
          <w:tcPr>
            <w:tcW w:type="dxa" w:w="4320"/>
          </w:tcPr>
          <w:p>
            <w:r/>
            <w:r>
              <w:t>What happened in your worlds, on your terms</w:t>
            </w:r>
          </w:p>
        </w:tc>
      </w:tr>
      <w:tr>
        <w:tc>
          <w:tcPr>
            <w:tcW w:type="dxa" w:w="4320"/>
          </w:tcPr>
          <w:p>
            <w:r/>
            <w:r>
              <w:t>Settings &amp; privacy</w:t>
            </w:r>
          </w:p>
        </w:tc>
        <w:tc>
          <w:tcPr>
            <w:tcW w:type="dxa" w:w="4320"/>
          </w:tcPr>
          <w:p>
            <w:r/>
            <w:r>
              <w:t>Consents, communication preferences, your data</w:t>
            </w:r>
          </w:p>
        </w:tc>
      </w:tr>
    </w:tbl>
    <w:p>
      <w:pPr>
        <w:pStyle w:val="Heading2"/>
      </w:pPr>
      <w:r>
        <w:t>2. Podium Points — how you earn</w:t>
      </w:r>
    </w:p>
    <w:p>
      <w:r>
        <w:t>Points reward genuine participation, not spam. The exact awards are set per world, but the logic is the same everywhere.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Action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Why it earns</w:t>
            </w:r>
          </w:p>
        </w:tc>
      </w:tr>
      <w:tr>
        <w:tc>
          <w:tcPr>
            <w:tcW w:type="dxa" w:w="4320"/>
          </w:tcPr>
          <w:p>
            <w:r/>
            <w:r>
              <w:t>Following a world</w:t>
            </w:r>
          </w:p>
        </w:tc>
        <w:tc>
          <w:tcPr>
            <w:tcW w:type="dxa" w:w="4320"/>
          </w:tcPr>
          <w:p>
            <w:r/>
            <w:r>
              <w:t>You joined the community</w:t>
            </w:r>
          </w:p>
        </w:tc>
      </w:tr>
      <w:tr>
        <w:tc>
          <w:tcPr>
            <w:tcW w:type="dxa" w:w="4320"/>
          </w:tcPr>
          <w:p>
            <w:r/>
            <w:r>
              <w:t>Completing your profile and interests</w:t>
            </w:r>
          </w:p>
        </w:tc>
        <w:tc>
          <w:tcPr>
            <w:tcW w:type="dxa" w:w="4320"/>
          </w:tcPr>
          <w:p>
            <w:r/>
            <w:r>
              <w:t>Better recommendations and fairer allocation</w:t>
            </w:r>
          </w:p>
        </w:tc>
      </w:tr>
      <w:tr>
        <w:tc>
          <w:tcPr>
            <w:tcW w:type="dxa" w:w="4320"/>
          </w:tcPr>
          <w:p>
            <w:r/>
            <w:r>
              <w:t>Reading and reacting to posts</w:t>
            </w:r>
          </w:p>
        </w:tc>
        <w:tc>
          <w:tcPr>
            <w:tcW w:type="dxa" w:w="4320"/>
          </w:tcPr>
          <w:p>
            <w:r/>
            <w:r>
              <w:t>Consistent presence over time</w:t>
            </w:r>
          </w:p>
        </w:tc>
      </w:tr>
      <w:tr>
        <w:tc>
          <w:tcPr>
            <w:tcW w:type="dxa" w:w="4320"/>
          </w:tcPr>
          <w:p>
            <w:r/>
            <w:r>
              <w:t>Commenting constructively</w:t>
            </w:r>
          </w:p>
        </w:tc>
        <w:tc>
          <w:tcPr>
            <w:tcW w:type="dxa" w:w="4320"/>
          </w:tcPr>
          <w:p>
            <w:r/>
            <w:r>
              <w:t>You add something for other fans</w:t>
            </w:r>
          </w:p>
        </w:tc>
      </w:tr>
      <w:tr>
        <w:tc>
          <w:tcPr>
            <w:tcW w:type="dxa" w:w="4320"/>
          </w:tcPr>
          <w:p>
            <w:r/>
            <w:r>
              <w:t>Taking part in challenges and campaigns</w:t>
            </w:r>
          </w:p>
        </w:tc>
        <w:tc>
          <w:tcPr>
            <w:tcW w:type="dxa" w:w="4320"/>
          </w:tcPr>
          <w:p>
            <w:r/>
            <w:r>
              <w:t>Active participation</w:t>
            </w:r>
          </w:p>
        </w:tc>
      </w:tr>
      <w:tr>
        <w:tc>
          <w:tcPr>
            <w:tcW w:type="dxa" w:w="4320"/>
          </w:tcPr>
          <w:p>
            <w:r/>
            <w:r>
              <w:t>Attending or checking in at events</w:t>
            </w:r>
          </w:p>
        </w:tc>
        <w:tc>
          <w:tcPr>
            <w:tcW w:type="dxa" w:w="4320"/>
          </w:tcPr>
          <w:p>
            <w:r/>
            <w:r>
              <w:t>Real-world support</w:t>
            </w:r>
          </w:p>
        </w:tc>
      </w:tr>
      <w:tr>
        <w:tc>
          <w:tcPr>
            <w:tcW w:type="dxa" w:w="4320"/>
          </w:tcPr>
          <w:p>
            <w:r/>
            <w:r>
              <w:t>Entering ballots and auctions</w:t>
            </w:r>
          </w:p>
        </w:tc>
        <w:tc>
          <w:tcPr>
            <w:tcW w:type="dxa" w:w="4320"/>
          </w:tcPr>
          <w:p>
            <w:r/>
            <w:r>
              <w:t>Engagement with access moments</w:t>
            </w:r>
          </w:p>
        </w:tc>
      </w:tr>
      <w:tr>
        <w:tc>
          <w:tcPr>
            <w:tcW w:type="dxa" w:w="4320"/>
          </w:tcPr>
          <w:p>
            <w:r/>
            <w:r>
              <w:t>Contributing to a charity cause</w:t>
            </w:r>
          </w:p>
        </w:tc>
        <w:tc>
          <w:tcPr>
            <w:tcW w:type="dxa" w:w="4320"/>
          </w:tcPr>
          <w:p>
            <w:r/>
            <w:r>
              <w:t>Community impact</w:t>
            </w:r>
          </w:p>
        </w:tc>
      </w:tr>
      <w:tr>
        <w:tc>
          <w:tcPr>
            <w:tcW w:type="dxa" w:w="4320"/>
          </w:tcPr>
          <w:p>
            <w:r/>
            <w:r>
              <w:t>Redeeming rewards</w:t>
            </w:r>
          </w:p>
        </w:tc>
        <w:tc>
          <w:tcPr>
            <w:tcW w:type="dxa" w:w="4320"/>
          </w:tcPr>
          <w:p>
            <w:r/>
            <w:r>
              <w:t>Using what you earned</w:t>
            </w:r>
          </w:p>
        </w:tc>
      </w:tr>
    </w:tbl>
    <w:p>
      <w:r/>
      <w:r>
        <w:rPr>
          <w:b/>
        </w:rPr>
        <w:t>What does not earn points</w:t>
      </w:r>
      <w:r/>
    </w:p>
    <w:p>
      <w:pPr>
        <w:pStyle w:val="ListBullet"/>
      </w:pPr>
      <w:r>
        <w:t>Repeating the same action to farm points — rate limits apply</w:t>
      </w:r>
    </w:p>
    <w:p>
      <w:pPr>
        <w:pStyle w:val="ListBullet"/>
      </w:pPr>
      <w:r>
        <w:t>Spam comments or abusive behaviour, which can also cost you points or access</w:t>
      </w:r>
    </w:p>
    <w:p>
      <w:pPr>
        <w:pStyle w:val="ListBullet"/>
      </w:pPr>
      <w:r>
        <w:t>Multiple accounts for the same person</w:t>
      </w:r>
    </w:p>
    <w:p>
      <w:pPr>
        <w:pStyle w:val="ListBullet"/>
      </w:pPr>
      <w:r>
        <w:t>Anything a partner's moderation team removes</w:t>
      </w:r>
    </w:p>
    <w:p>
      <w:r>
        <w:t xml:space="preserve">Points are a </w:t>
      </w:r>
      <w:r>
        <w:rPr>
          <w:b/>
        </w:rPr>
        <w:t>loyalty record</w:t>
      </w:r>
      <w:r>
        <w:t>, not a currency. They are not money, cannot be bought, and cannot be transferred or cashed out.</w:t>
      </w:r>
    </w:p>
    <w:p>
      <w:pPr>
        <w:pStyle w:val="Heading2"/>
      </w:pPr>
      <w:r>
        <w:t>3. The Superfan Passport — how tiers work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Tier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What it usually means</w:t>
            </w:r>
          </w:p>
        </w:tc>
      </w:tr>
      <w:tr>
        <w:tc>
          <w:tcPr>
            <w:tcW w:type="dxa" w:w="4320"/>
          </w:tcPr>
          <w:p>
            <w:r/>
            <w:r>
              <w:t>Bronze</w:t>
            </w:r>
          </w:p>
        </w:tc>
        <w:tc>
          <w:tcPr>
            <w:tcW w:type="dxa" w:w="4320"/>
          </w:tcPr>
          <w:p>
            <w:r/>
            <w:r>
              <w:t>You are in. Feed, community, standard rewards</w:t>
            </w:r>
          </w:p>
        </w:tc>
      </w:tr>
      <w:tr>
        <w:tc>
          <w:tcPr>
            <w:tcW w:type="dxa" w:w="4320"/>
          </w:tcPr>
          <w:p>
            <w:r/>
            <w:r>
              <w:t>Silver</w:t>
            </w:r>
          </w:p>
        </w:tc>
        <w:tc>
          <w:tcPr>
            <w:tcW w:type="dxa" w:w="4320"/>
          </w:tcPr>
          <w:p>
            <w:r/>
            <w:r>
              <w:t>Earlier notice on drops and ballots</w:t>
            </w:r>
          </w:p>
        </w:tc>
      </w:tr>
      <w:tr>
        <w:tc>
          <w:tcPr>
            <w:tcW w:type="dxa" w:w="4320"/>
          </w:tcPr>
          <w:p>
            <w:r/>
            <w:r>
              <w:t>Gold</w:t>
            </w:r>
          </w:p>
        </w:tc>
        <w:tc>
          <w:tcPr>
            <w:tcW w:type="dxa" w:w="4320"/>
          </w:tcPr>
          <w:p>
            <w:r/>
            <w:r>
              <w:t>Priority in ballots, more members-only content</w:t>
            </w:r>
          </w:p>
        </w:tc>
      </w:tr>
      <w:tr>
        <w:tc>
          <w:tcPr>
            <w:tcW w:type="dxa" w:w="4320"/>
          </w:tcPr>
          <w:p>
            <w:r/>
            <w:r>
              <w:t>Platinum</w:t>
            </w:r>
          </w:p>
        </w:tc>
        <w:tc>
          <w:tcPr>
            <w:tcW w:type="dxa" w:w="4320"/>
          </w:tcPr>
          <w:p>
            <w:r/>
            <w:r>
              <w:t>Deep access: behind-the-scenes, priority experiences</w:t>
            </w:r>
          </w:p>
        </w:tc>
      </w:tr>
      <w:tr>
        <w:tc>
          <w:tcPr>
            <w:tcW w:type="dxa" w:w="4320"/>
          </w:tcPr>
          <w:p>
            <w:r/>
            <w:r>
              <w:t>Legend</w:t>
            </w:r>
          </w:p>
        </w:tc>
        <w:tc>
          <w:tcPr>
            <w:tcW w:type="dxa" w:w="4320"/>
          </w:tcPr>
          <w:p>
            <w:r/>
            <w:r>
              <w:t>The long-standing core: the highest-priority access a world offers</w:t>
            </w:r>
          </w:p>
        </w:tc>
      </w:tr>
    </w:tbl>
    <w:p>
      <w:r>
        <w:t>Two things make this different from a normal membership:</w:t>
      </w:r>
    </w:p>
    <w:p>
      <w:pPr>
        <w:pStyle w:val="ListBullet"/>
      </w:pPr>
      <w:r/>
      <w:r>
        <w:rPr>
          <w:b/>
        </w:rPr>
        <w:t>Loyalty accumulates over years, not per season or per platform.</w:t>
      </w:r>
      <w:r>
        <w:t xml:space="preserve"> A fan who has been present for three years outranks one who arrived yesterday — and can be treated accordingly.</w:t>
      </w:r>
    </w:p>
    <w:p>
      <w:pPr>
        <w:pStyle w:val="ListBullet"/>
      </w:pPr>
      <w:r/>
      <w:r>
        <w:rPr>
          <w:b/>
        </w:rPr>
        <w:t>Your Passport travels with you.</w:t>
      </w:r>
      <w:r>
        <w:t xml:space="preserve"> The same account, the same identity and the same standing across every world you follow.</w:t>
      </w:r>
    </w:p>
    <w:p>
      <w:r>
        <w:t>Each partner decides what their tiers unlock. Fanpodium supplies the ladder; the partner supplies the access.</w:t>
      </w:r>
    </w:p>
    <w:p>
      <w:pPr>
        <w:pStyle w:val="Heading2"/>
      </w:pPr>
      <w:r>
        <w:t>4. Rewards, auctions and causes</w:t>
      </w:r>
    </w:p>
    <w:p>
      <w:r/>
      <w:r>
        <w:rPr>
          <w:b/>
        </w:rPr>
        <w:t>Rewards</w:t>
      </w:r>
      <w:r>
        <w:t xml:space="preserve"> are redeemed with points you earned. Some are digital, some physical, some experiences, some provided by a partner's sponsor. Availability and terms are set by the partner.</w:t>
      </w:r>
    </w:p>
    <w:p>
      <w:r/>
      <w:r>
        <w:rPr>
          <w:b/>
        </w:rPr>
        <w:t>Auctions</w:t>
      </w:r>
      <w:r>
        <w:t xml:space="preserve"> are for signed and money-can't-buy items. Bid history is visible so the process is transparent, and other bidders are shown anonymously — you can see the bids, not the people. A share of auction proceeds goes to charity, and the split is shown on the lot.</w:t>
      </w:r>
    </w:p>
    <w:p>
      <w:r/>
      <w:r>
        <w:rPr>
          <w:b/>
        </w:rPr>
        <w:t>Causes</w:t>
      </w:r>
      <w:r>
        <w:t xml:space="preserve"> show what the community actually achieved: what was raised, for whom, and what it went to.</w:t>
      </w:r>
    </w:p>
    <w:p>
      <w:r>
        <w:t>In this preview build, no real money moves. Payments, payouts and settlement require a payment provider that has not been switched on.</w:t>
      </w:r>
    </w:p>
    <w:p>
      <w:pPr>
        <w:pStyle w:val="Heading2"/>
      </w:pPr>
      <w:r>
        <w:t>5. Your privacy, in plain language</w:t>
      </w:r>
    </w:p>
    <w:p>
      <w:pPr>
        <w:pStyle w:val="Heading3"/>
      </w:pPr>
      <w:r>
        <w:t>What we ask for and why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Data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Why</w:t>
            </w:r>
          </w:p>
        </w:tc>
      </w:tr>
      <w:tr>
        <w:tc>
          <w:tcPr>
            <w:tcW w:type="dxa" w:w="4320"/>
          </w:tcPr>
          <w:p>
            <w:r/>
            <w:r>
              <w:t>Email and password</w:t>
            </w:r>
          </w:p>
        </w:tc>
        <w:tc>
          <w:tcPr>
            <w:tcW w:type="dxa" w:w="4320"/>
          </w:tcPr>
          <w:p>
            <w:r/>
            <w:r>
              <w:t>To sign you in securely</w:t>
            </w:r>
          </w:p>
        </w:tc>
      </w:tr>
      <w:tr>
        <w:tc>
          <w:tcPr>
            <w:tcW w:type="dxa" w:w="4320"/>
          </w:tcPr>
          <w:p>
            <w:r/>
            <w:r>
              <w:t>Phone number</w:t>
            </w:r>
          </w:p>
        </w:tc>
        <w:tc>
          <w:tcPr>
            <w:tcW w:type="dxa" w:w="4320"/>
          </w:tcPr>
          <w:p>
            <w:r/>
            <w:r>
              <w:t>Account security and, later, one-time codes</w:t>
            </w:r>
          </w:p>
        </w:tc>
      </w:tr>
      <w:tr>
        <w:tc>
          <w:tcPr>
            <w:tcW w:type="dxa" w:w="4320"/>
          </w:tcPr>
          <w:p>
            <w:r/>
            <w:r>
              <w:t>Display name</w:t>
            </w:r>
          </w:p>
        </w:tc>
        <w:tc>
          <w:tcPr>
            <w:tcW w:type="dxa" w:w="4320"/>
          </w:tcPr>
          <w:p>
            <w:r/>
            <w:r>
              <w:t>So other fans can recognise you</w:t>
            </w:r>
          </w:p>
        </w:tc>
      </w:tr>
      <w:tr>
        <w:tc>
          <w:tcPr>
            <w:tcW w:type="dxa" w:w="4320"/>
          </w:tcPr>
          <w:p>
            <w:r/>
            <w:r>
              <w:t>Country and city</w:t>
            </w:r>
          </w:p>
        </w:tc>
        <w:tc>
          <w:tcPr>
            <w:tcW w:type="dxa" w:w="4320"/>
          </w:tcPr>
          <w:p>
            <w:r/>
            <w:r>
              <w:t>Local events, relevant content, approximate reporting</w:t>
            </w:r>
          </w:p>
        </w:tc>
      </w:tr>
      <w:tr>
        <w:tc>
          <w:tcPr>
            <w:tcW w:type="dxa" w:w="4320"/>
          </w:tcPr>
          <w:p>
            <w:r/>
            <w:r>
              <w:t>Age band</w:t>
            </w:r>
          </w:p>
        </w:tc>
        <w:tc>
          <w:tcPr>
            <w:tcW w:type="dxa" w:w="4320"/>
          </w:tcPr>
          <w:p>
            <w:r/>
            <w:r>
              <w:t>Age-appropriate content and aggregated reporting — grouped ranges, not your birth date</w:t>
            </w:r>
          </w:p>
        </w:tc>
      </w:tr>
      <w:tr>
        <w:tc>
          <w:tcPr>
            <w:tcW w:type="dxa" w:w="4320"/>
          </w:tcPr>
          <w:p>
            <w:r/>
            <w:r>
              <w:t>Interests</w:t>
            </w:r>
          </w:p>
        </w:tc>
        <w:tc>
          <w:tcPr>
            <w:tcW w:type="dxa" w:w="4320"/>
          </w:tcPr>
          <w:p>
            <w:r/>
            <w:r>
              <w:t>Recommendations and fairer allocation of limited access</w:t>
            </w:r>
          </w:p>
        </w:tc>
      </w:tr>
      <w:tr>
        <w:tc>
          <w:tcPr>
            <w:tcW w:type="dxa" w:w="4320"/>
          </w:tcPr>
          <w:p>
            <w:r/>
            <w:r>
              <w:t>Activity</w:t>
            </w:r>
          </w:p>
        </w:tc>
        <w:tc>
          <w:tcPr>
            <w:tcW w:type="dxa" w:w="4320"/>
          </w:tcPr>
          <w:p>
            <w:r/>
            <w:r>
              <w:t>Points, tiers and your own history</w:t>
            </w:r>
          </w:p>
        </w:tc>
      </w:tr>
    </w:tbl>
    <w:p>
      <w:pPr>
        <w:pStyle w:val="Heading3"/>
      </w:pPr>
      <w:r>
        <w:t>What sponsors and brands see</w:t>
      </w:r>
    </w:p>
    <w:p>
      <w:r>
        <w:t>Aggregated numbers only: how many people engaged, from which countries and cities, on which devices, in which age bands and tiers. Small groups are suppressed so no individual can be identified.</w:t>
      </w:r>
    </w:p>
    <w:p>
      <w:r>
        <w:t>They never see your name, email, phone number, address, profile or individual activity. There is no exportable member list, and no cross-partner identity graph.</w:t>
      </w:r>
    </w:p>
    <w:p>
      <w:pPr>
        <w:pStyle w:val="Heading3"/>
      </w:pPr>
      <w:r>
        <w:t>What partners see</w:t>
      </w:r>
    </w:p>
    <w:p>
      <w:r>
        <w:t xml:space="preserve">The partner whose world you follow sees you as a member of their community, plus your consents, points and activity </w:t>
      </w:r>
      <w:r>
        <w:rPr>
          <w:b/>
        </w:rPr>
        <w:t>inside their own world</w:t>
      </w:r>
      <w:r>
        <w:t>. They never see another partner's rows, and another partner never sees theirs.</w:t>
      </w:r>
    </w:p>
    <w:p>
      <w:pPr>
        <w:pStyle w:val="Heading3"/>
      </w:pPr>
      <w:r>
        <w:t>What you control</w:t>
      </w:r>
    </w:p>
    <w:p>
      <w:pPr>
        <w:pStyle w:val="ListBullet"/>
      </w:pPr>
      <w:r>
        <w:t>Which worlds you follow, and unfollowing at any time</w:t>
      </w:r>
    </w:p>
    <w:p>
      <w:pPr>
        <w:pStyle w:val="ListBullet"/>
      </w:pPr>
      <w:r>
        <w:t>Analytics consent — decline it and you are excluded from segment reporting</w:t>
      </w:r>
    </w:p>
    <w:p>
      <w:pPr>
        <w:pStyle w:val="ListBullet"/>
      </w:pPr>
      <w:r>
        <w:t>Communication preferences per channel and per world</w:t>
      </w:r>
    </w:p>
    <w:p>
      <w:pPr>
        <w:pStyle w:val="ListBullet"/>
      </w:pPr>
      <w:r>
        <w:t>Your profile details, at any time</w:t>
      </w:r>
    </w:p>
    <w:p>
      <w:pPr>
        <w:pStyle w:val="ListBullet"/>
      </w:pPr>
      <w:r>
        <w:t>A request to export or delete your data</w:t>
      </w:r>
    </w:p>
    <w:p>
      <w:pPr>
        <w:pStyle w:val="Heading3"/>
      </w:pPr>
      <w:r>
        <w:t>What we never do</w:t>
      </w:r>
    </w:p>
    <w:p>
      <w:pPr>
        <w:pStyle w:val="ListBullet"/>
      </w:pPr>
      <w:r>
        <w:t>Never sell or broker your data</w:t>
      </w:r>
    </w:p>
    <w:p>
      <w:pPr>
        <w:pStyle w:val="ListBullet"/>
      </w:pPr>
      <w:r>
        <w:t>Never hand identifiable fan lists to sponsors</w:t>
      </w:r>
    </w:p>
    <w:p>
      <w:pPr>
        <w:pStyle w:val="ListBullet"/>
      </w:pPr>
      <w:r>
        <w:t>Never post as you or on your behalf</w:t>
      </w:r>
    </w:p>
    <w:p>
      <w:pPr>
        <w:pStyle w:val="ListBullet"/>
      </w:pPr>
      <w:r>
        <w:t>Never charge you without an explicit, clearly priced action</w:t>
      </w:r>
    </w:p>
    <w:p>
      <w:r>
        <w:t>No compliance certification is claimed in this preview build.</w:t>
      </w:r>
    </w:p>
    <w:p>
      <w:pPr>
        <w:pStyle w:val="Heading2"/>
      </w:pPr>
      <w:r>
        <w:t>6. Community rules</w:t>
      </w:r>
    </w:p>
    <w:p>
      <w:pPr>
        <w:pStyle w:val="ListBullet"/>
      </w:pPr>
      <w:r>
        <w:t>Support your world, and let other fans support theirs.</w:t>
      </w:r>
    </w:p>
    <w:p>
      <w:pPr>
        <w:pStyle w:val="ListBullet"/>
      </w:pPr>
      <w:r>
        <w:t>No harassment, hate, threats or doxxing.</w:t>
      </w:r>
    </w:p>
    <w:p>
      <w:pPr>
        <w:pStyle w:val="ListBullet"/>
      </w:pPr>
      <w:r>
        <w:t>No impersonation of a partner, player, artist or staff member.</w:t>
      </w:r>
    </w:p>
    <w:p>
      <w:pPr>
        <w:pStyle w:val="ListBullet"/>
      </w:pPr>
      <w:r>
        <w:t>No spam, scams or off-platform selling.</w:t>
      </w:r>
    </w:p>
    <w:p>
      <w:pPr>
        <w:pStyle w:val="ListBullet"/>
      </w:pPr>
      <w:r>
        <w:t>Report anything that breaks these rules — every post has a report action.</w:t>
      </w:r>
    </w:p>
    <w:p>
      <w:r>
        <w:t>Partners moderate their own worlds, with a platform-level moderation queue behind them. Consequences range from content removal to losing points, tiers or access.</w:t>
      </w:r>
    </w:p>
    <w:p>
      <w:pPr>
        <w:pStyle w:val="Heading2"/>
      </w:pPr>
      <w:r>
        <w:t>7. Fair access</w:t>
      </w:r>
    </w:p>
    <w:p>
      <w:r>
        <w:t xml:space="preserve">Limited access — ballots, drops, experiences, low-stock rewards — is allocated on </w:t>
      </w:r>
      <w:r>
        <w:rPr>
          <w:b/>
        </w:rPr>
        <w:t>tier and points</w:t>
      </w:r>
      <w:r>
        <w:t>, not on who clicks fastest. That is the main reason accounts are identified and logged in: it makes fairness possible.</w:t>
      </w:r>
    </w:p>
    <w:p>
      <w:r>
        <w:t>Where a partner runs a ballot, the entry rules and the draw window are shown before you enter.</w:t>
      </w:r>
    </w:p>
    <w:p>
      <w:pPr>
        <w:pStyle w:val="Heading2"/>
      </w:pPr>
      <w:r>
        <w:t>8. Getting started</w:t>
      </w:r>
    </w:p>
    <w:p>
      <w:pPr>
        <w:pStyle w:val="ListBullet"/>
      </w:pPr>
      <w:r>
        <w:t>Create your account and confirm your details.</w:t>
      </w:r>
    </w:p>
    <w:p>
      <w:pPr>
        <w:pStyle w:val="ListBullet"/>
      </w:pPr>
      <w:r>
        <w:t>Choose your interests and set your consents during onboarding.</w:t>
      </w:r>
    </w:p>
    <w:p>
      <w:pPr>
        <w:pStyle w:val="ListBullet"/>
      </w:pPr>
      <w:r>
        <w:t>Follow your first worlds.</w:t>
      </w:r>
    </w:p>
    <w:p>
      <w:pPr>
        <w:pStyle w:val="ListBullet"/>
      </w:pPr>
      <w:r>
        <w:t>Take part — read, react, comment, enter, attend, contribute.</w:t>
      </w:r>
    </w:p>
    <w:p>
      <w:pPr>
        <w:pStyle w:val="ListBullet"/>
      </w:pPr>
      <w:r>
        <w:t>Watch your Passport move, and check what your tier has unlocked.</w:t>
      </w:r>
    </w:p>
    <w:p>
      <w:pPr>
        <w:pStyle w:val="Heading2"/>
      </w:pPr>
      <w:r>
        <w:t>9. Questions fans ask</w:t>
      </w:r>
    </w:p>
    <w:p>
      <w:r/>
      <w:r>
        <w:rPr>
          <w:b/>
        </w:rPr>
        <w:t>Do points cost money?</w:t>
      </w:r>
      <w:r>
        <w:t xml:space="preserve"> No. You earn them by taking part.</w:t>
      </w:r>
    </w:p>
    <w:p>
      <w:r/>
      <w:r>
        <w:rPr>
          <w:b/>
        </w:rPr>
        <w:t>Can I buy or sell points?</w:t>
      </w:r>
      <w:r>
        <w:t xml:space="preserve"> No. They are a loyalty record, not a currency.</w:t>
      </w:r>
    </w:p>
    <w:p>
      <w:r/>
      <w:r>
        <w:rPr>
          <w:b/>
        </w:rPr>
        <w:t>Do points expire?</w:t>
      </w:r>
      <w:r>
        <w:t xml:space="preserve"> Partners can set activity rules for their own tiers; this is shown in the world.</w:t>
      </w:r>
    </w:p>
    <w:p>
      <w:r/>
      <w:r>
        <w:rPr>
          <w:b/>
        </w:rPr>
        <w:t>Can I follow worlds in different categories?</w:t>
      </w:r>
      <w:r>
        <w:t xml:space="preserve"> Yes — that is the point. One account, every passion.</w:t>
      </w:r>
    </w:p>
    <w:p>
      <w:r/>
      <w:r>
        <w:rPr>
          <w:b/>
        </w:rPr>
        <w:t>Will I get spammed?</w:t>
      </w:r>
      <w:r>
        <w:t xml:space="preserve"> Only what you opted into, per channel and per world, changeable at any time.</w:t>
      </w:r>
    </w:p>
    <w:p>
      <w:r/>
      <w:r>
        <w:rPr>
          <w:b/>
        </w:rPr>
        <w:t>Can I delete my account?</w:t>
      </w:r>
      <w:r>
        <w:t xml:space="preserve"> Yes. You can request export and deletion.</w:t>
      </w:r>
    </w:p>
    <w:p>
      <w:r/>
      <w:r>
        <w:rPr>
          <w:b/>
        </w:rPr>
        <w:t>Is this live?</w:t>
      </w:r>
      <w:r>
        <w:t xml:space="preserve"> Not yet. This is a preview build with demo content and no live payments.</w:t>
      </w:r>
    </w:p>
    <w:p>
      <w:r>
        <w:t>Engage. Inspire. Unite.</w:t>
      </w:r>
    </w:p>
    <w:p>
      <w:r>
        <w:t>Prepared by Fanpodium. Preview build; demo data throughout. No live payments and no compliance claims.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